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Parth Mistry — Technical Project Manager / Scrum Master / Business Analyst</w:t>
      </w:r>
    </w:p>
    <w:p>
      <w:r>
        <w:t>Email: dev.parth.m@gmail.com | Mobile: +91 9998698108</w:t>
      </w:r>
    </w:p>
    <w:p>
      <w:r>
        <w:t>LinkedIn: linkedin.com/in/dev-parth-mistry</w:t>
      </w:r>
    </w:p>
    <w:p>
      <w:r>
        <w:t>(ASM® Certified)</w:t>
      </w:r>
    </w:p>
    <w:p>
      <w:pPr>
        <w:pStyle w:val="Heading2"/>
      </w:pPr>
      <w:r>
        <w:t>PROFESSIONAL SUMMARY</w:t>
      </w:r>
    </w:p>
    <w:p>
      <w:r>
        <w:t>Results‑driven Technical Project Manager and Scrum Master with 6+ years of combined experience in project management, business analysis, and full‑stack development. Skilled in leading Agile teams, driving product strategy, improving delivery processes, and translating business needs into technical solutions. Strong experience across domains such as Healthcare, AI, E‑commerce, Education, Streaming, Hotel Booking, Doorstep Services, and OTT Platforms.</w:t>
      </w:r>
    </w:p>
    <w:p>
      <w:pPr>
        <w:pStyle w:val="Heading2"/>
      </w:pPr>
      <w:r>
        <w:t>CORE COMPETENCIES</w:t>
      </w:r>
    </w:p>
    <w:p>
      <w:r>
        <w:t>• Agile Project Management (Scrum, Kanban)</w:t>
        <w:br/>
        <w:t>• Technical Project Leadership &amp; Planning</w:t>
        <w:br/>
        <w:t>• Product Road‑mapping &amp; Backlog Prioritization</w:t>
        <w:br/>
        <w:t>• Requirement Gathering &amp; Business Analysis</w:t>
        <w:br/>
        <w:t>• Client &amp; Stakeholder Management</w:t>
        <w:br/>
        <w:t>• Cross‑functional Team Coordination</w:t>
        <w:br/>
        <w:t>• SDLC, SRS Documentation, User Stories, Wireframes</w:t>
        <w:br/>
        <w:t>• Risk Management, Estimation &amp; Release Planning</w:t>
        <w:br/>
        <w:t>• UI/UX Understanding, Figma, Prototyping</w:t>
        <w:br/>
        <w:t>• Technical Skills: PHP, Laravel, Node.js, React, Android</w:t>
      </w:r>
    </w:p>
    <w:p>
      <w:pPr>
        <w:pStyle w:val="Heading2"/>
      </w:pPr>
      <w:r>
        <w:t>TECHNICAL SKILLS</w:t>
      </w:r>
    </w:p>
    <w:p>
      <w:r>
        <w:t>Programming: PHP, Java (Android), Kotlin, CodeIgniter, Laravel, React, Node.js</w:t>
        <w:br/>
        <w:t>Frontend: HTML, CSS, JavaScript, Bootstrap</w:t>
        <w:br/>
        <w:t>Database: MySQL, SQLite, Firestore</w:t>
        <w:br/>
        <w:t>Tools: Postman, Jira, Asana, MySQL Workbench, phpMyAdmin, VS Code, Android Studio</w:t>
        <w:br/>
        <w:t>Other Skills: UI/UX Flow Creation, Wireframing, Digital Marketing, ASO</w:t>
      </w:r>
    </w:p>
    <w:p>
      <w:pPr>
        <w:pStyle w:val="Heading2"/>
      </w:pPr>
      <w:r>
        <w:t>PROFESSIONAL EXPERIENCE</w:t>
      </w:r>
    </w:p>
    <w:p>
      <w:pPr>
        <w:pStyle w:val="ListBullet"/>
      </w:pPr>
      <w:r>
        <w:t>Artoon Solutions — Technical Project Manager (Jan 2024 – Present)</w:t>
      </w:r>
    </w:p>
    <w:p>
      <w:r>
        <w:t>• Managing end‑to‑end lifecycle of multiple large‑scale applications.</w:t>
        <w:br/>
        <w:t>• Leading Scrum ceremonies and ensuring sprint delivery.</w:t>
        <w:br/>
        <w:t>• Translating business needs into technical tasks and workflows.</w:t>
        <w:br/>
        <w:t>• Coordinating with developers, QA, designers, and stakeholders.</w:t>
        <w:br/>
        <w:t>• Improving project performance through metrics and reporting.</w:t>
      </w:r>
    </w:p>
    <w:p>
      <w:pPr>
        <w:pStyle w:val="ListBullet"/>
      </w:pPr>
      <w:r>
        <w:t>Goldenmac IT Solutions — Technical Project Manager (Apr 2023 – Dec 2023)</w:t>
      </w:r>
    </w:p>
    <w:p>
      <w:r>
        <w:t>• Managed 12+ client projects simultaneously.</w:t>
        <w:br/>
        <w:t>• Implemented Agile practices to improve team productivity.</w:t>
        <w:br/>
        <w:t>• Worked closely with clients for requirement analysis &amp; demos.</w:t>
        <w:br/>
        <w:t>• Reduced delivery delays by 25% through improved planning.</w:t>
      </w:r>
    </w:p>
    <w:p>
      <w:pPr>
        <w:pStyle w:val="ListBullet"/>
      </w:pPr>
      <w:r>
        <w:t>3way Technologies — Full Stack Developer (Nov 2022 – Apr 2023)</w:t>
      </w:r>
    </w:p>
    <w:p>
      <w:r>
        <w:t>• Developed product‑based and service‑based web applications.</w:t>
        <w:br/>
        <w:t>• Collaborated with product teams to implement new features.</w:t>
      </w:r>
    </w:p>
    <w:p>
      <w:pPr>
        <w:pStyle w:val="ListBullet"/>
      </w:pPr>
      <w:r>
        <w:t>Freelancer — Full Stack &amp; Android Developer (Jan 2020 – Nov 2022)</w:t>
      </w:r>
    </w:p>
    <w:p>
      <w:r>
        <w:t>• Delivered 20+ freelance projects in Android, Web, UI/UX.</w:t>
        <w:br/>
        <w:t>• Worked directly with international clients for planning &amp; execution.</w:t>
      </w:r>
    </w:p>
    <w:p>
      <w:pPr>
        <w:pStyle w:val="ListBullet"/>
      </w:pPr>
      <w:r>
        <w:t>Codelab Infotech — Android Developer (May 2018 – Dec 2019)</w:t>
      </w:r>
    </w:p>
    <w:p>
      <w:r>
        <w:t>• Built and optimized Android apps for multiple clients.</w:t>
      </w:r>
    </w:p>
    <w:p>
      <w:pPr>
        <w:pStyle w:val="ListBullet"/>
      </w:pPr>
      <w:r>
        <w:t>Dignizant Technology — Full Stack Developer (Aug 2018 – Apr 2019)</w:t>
      </w:r>
    </w:p>
    <w:p>
      <w:r>
        <w:t>• Developed front‑end and backend modules using React, Node.js, Laravel.</w:t>
      </w:r>
    </w:p>
    <w:p>
      <w:pPr>
        <w:pStyle w:val="ListBullet"/>
      </w:pPr>
      <w:r>
        <w:t>Excellent IT Hub — PHP Developer (Feb 2018 – Jun 2018)</w:t>
      </w:r>
    </w:p>
    <w:p>
      <w:r>
        <w:t>• Worked on CodeIgniter and Laravel for web development.</w:t>
      </w:r>
    </w:p>
    <w:p>
      <w:pPr>
        <w:pStyle w:val="Heading2"/>
      </w:pPr>
      <w:r>
        <w:t>CERTIFICATIONS</w:t>
      </w:r>
    </w:p>
    <w:p>
      <w:r>
        <w:t>• Agile Scrum Master (ASM®) Certified</w:t>
      </w:r>
    </w:p>
    <w:p>
      <w:pPr>
        <w:pStyle w:val="Heading2"/>
      </w:pPr>
      <w:r>
        <w:t>EDUCATION</w:t>
      </w:r>
    </w:p>
    <w:p>
      <w:r>
        <w:t>Bachelor of Computer Applications (BCA) — VNSGU (2014 – 2017)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